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CURRÍCULO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554480" cy="15544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to_curricul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554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32"/>
        </w:rPr>
        <w:t>Janderson Nascimento Correa</w:t>
      </w:r>
    </w:p>
    <w:p>
      <w:pPr>
        <w:jc w:val="center"/>
      </w:pPr>
      <w:r>
        <w:t>📞 13 99802-2596</w:t>
        <w:br/>
      </w:r>
      <w:r>
        <w:t>📧 jandersonnascimentocorrea@gmail.com</w:t>
        <w:br/>
      </w:r>
      <w:r>
        <w:t>📍 Jaraguá do Sul - SC</w:t>
      </w:r>
    </w:p>
    <w:p>
      <w:r>
        <w:rPr>
          <w:b/>
          <w:color w:val="000000"/>
          <w:sz w:val="26"/>
        </w:rPr>
        <w:t>OBJETIVO PROFISSIONAL</w:t>
      </w:r>
    </w:p>
    <w:p>
      <w:pPr/>
      <w:r>
        <w:t>Tenho como principal objetivo contribuir para a conquista de novos resultados na empresa, utilizando conhecimentos adquiridos em experiências anteriores e que continuam sendo exercitados atualmente.</w:t>
      </w:r>
    </w:p>
    <w:p>
      <w:r>
        <w:rPr>
          <w:b/>
          <w:color w:val="000000"/>
          <w:sz w:val="26"/>
        </w:rPr>
        <w:t>ESCOLARIDADE</w:t>
      </w:r>
    </w:p>
    <w:p>
      <w:pPr/>
      <w:r>
        <w:t>Ensino Fundamental Incompleto</w:t>
      </w:r>
    </w:p>
    <w:p>
      <w:r>
        <w:rPr>
          <w:b/>
          <w:sz w:val="26"/>
        </w:rPr>
        <w:t>EXPERIÊNCIAS PROFISSIONAIS</w:t>
      </w:r>
    </w:p>
    <w:p>
      <w:pPr>
        <w:pStyle w:val="ListBullet"/>
      </w:pPr>
      <w:r>
        <w:rPr>
          <w:b/>
        </w:rPr>
        <w:t>Servente – 1 ano</w:t>
      </w:r>
    </w:p>
    <w:p>
      <w:pPr>
        <w:pStyle w:val="ListBullet"/>
      </w:pPr>
      <w:r>
        <w:rPr>
          <w:b/>
        </w:rPr>
        <w:t>Encarregado - Nacional Gás – 4 anos</w:t>
      </w:r>
    </w:p>
    <w:p>
      <w:pPr>
        <w:pStyle w:val="ListBullet"/>
      </w:pPr>
      <w:r>
        <w:rPr>
          <w:b/>
        </w:rPr>
        <w:t>Auxiliar de Produção - HC Hornburg – 8 meses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